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464F25" w14:textId="77777777" w:rsidR="009347ED" w:rsidRDefault="00000000">
      <w:pPr>
        <w:pStyle w:val="Title"/>
        <w:jc w:val="center"/>
      </w:pPr>
      <w:r>
        <w:rPr>
          <w:color w:val="1F3670"/>
        </w:rPr>
        <w:t>UCLA Statement of Purpose Workbook</w:t>
      </w:r>
    </w:p>
    <w:p w14:paraId="7257138F" w14:textId="77777777" w:rsidR="009347ED" w:rsidRDefault="00000000">
      <w:pPr>
        <w:jc w:val="center"/>
        <w:rPr>
          <w:rFonts w:hint="eastAsia"/>
        </w:rPr>
      </w:pPr>
      <w:r>
        <w:rPr>
          <w:b/>
          <w:sz w:val="24"/>
        </w:rPr>
        <w:t>Editable planning template + faculty-style annotated example</w:t>
      </w:r>
    </w:p>
    <w:p w14:paraId="11963BFB" w14:textId="76FC4CDC" w:rsidR="009347ED" w:rsidRDefault="00000000">
      <w:pPr>
        <w:jc w:val="center"/>
        <w:rPr>
          <w:rFonts w:hint="eastAsia"/>
        </w:rPr>
      </w:pPr>
      <w:r>
        <w:rPr>
          <w:color w:val="5A5A5A"/>
          <w:sz w:val="18"/>
        </w:rPr>
        <w:t>Course</w:t>
      </w:r>
      <w:r w:rsidR="00DF37F9">
        <w:rPr>
          <w:color w:val="5A5A5A"/>
          <w:sz w:val="18"/>
        </w:rPr>
        <w:t>c</w:t>
      </w:r>
      <w:r>
        <w:rPr>
          <w:color w:val="5A5A5A"/>
          <w:sz w:val="18"/>
        </w:rPr>
        <w:t>entrals</w:t>
      </w:r>
      <w:r w:rsidR="00DF37F9">
        <w:rPr>
          <w:color w:val="5A5A5A"/>
          <w:sz w:val="18"/>
        </w:rPr>
        <w:t>.com</w:t>
      </w:r>
      <w:r>
        <w:rPr>
          <w:color w:val="5A5A5A"/>
          <w:sz w:val="18"/>
        </w:rPr>
        <w:t xml:space="preserve"> • Graduate Admissions Resource</w:t>
      </w:r>
    </w:p>
    <w:tbl>
      <w:tblPr>
        <w:tblW w:w="0" w:type="auto"/>
        <w:jc w:val="center"/>
        <w:tblLook w:val="04A0" w:firstRow="1" w:lastRow="0" w:firstColumn="1" w:lastColumn="0" w:noHBand="0" w:noVBand="1"/>
      </w:tblPr>
      <w:tblGrid>
        <w:gridCol w:w="10166"/>
      </w:tblGrid>
      <w:tr w:rsidR="009347ED" w14:paraId="306C181B" w14:textId="77777777">
        <w:trPr>
          <w:cantSplit/>
          <w:jc w:val="center"/>
        </w:trPr>
        <w:tc>
          <w:tcPr>
            <w:tcW w:w="10166" w:type="dxa"/>
            <w:shd w:val="clear" w:color="auto" w:fill="EEF2FF"/>
            <w:tcMar>
              <w:top w:w="180" w:type="dxa"/>
              <w:left w:w="180" w:type="dxa"/>
              <w:bottom w:w="180" w:type="dxa"/>
              <w:right w:w="180" w:type="dxa"/>
            </w:tcMar>
          </w:tcPr>
          <w:p w14:paraId="4B87B65E" w14:textId="77777777" w:rsidR="009347ED" w:rsidRDefault="00000000">
            <w:pPr>
              <w:rPr>
                <w:rFonts w:hint="eastAsia"/>
              </w:rPr>
            </w:pPr>
            <w:r>
              <w:rPr>
                <w:b/>
                <w:sz w:val="20"/>
              </w:rPr>
              <w:t>IMPORTANT: Use this as a planning and learning reference, not as a submission-ready essay. UCLA says your application must be truthful and reflect your own work, and essays relying heavily or entirely on AI may be treated as academic dishonesty. Always check the exact requirements of your UCLA program because SOP word limits vary by major.</w:t>
            </w:r>
          </w:p>
        </w:tc>
      </w:tr>
    </w:tbl>
    <w:p w14:paraId="3DE58320" w14:textId="77777777" w:rsidR="009347ED" w:rsidRDefault="00000000">
      <w:pPr>
        <w:pStyle w:val="Heading1"/>
      </w:pPr>
      <w:r>
        <w:t>1. What UCLA is asking you to demonstrate</w:t>
      </w:r>
    </w:p>
    <w:p w14:paraId="28E428C2" w14:textId="77777777" w:rsidR="009347ED" w:rsidRDefault="00000000">
      <w:pPr>
        <w:rPr>
          <w:rFonts w:hint="eastAsia"/>
        </w:rPr>
      </w:pPr>
      <w:r>
        <w:t>A strong UCLA graduate SOP should make it easy for a faculty reader to answer five questions:</w:t>
      </w:r>
    </w:p>
    <w:p w14:paraId="53FC74EA" w14:textId="77777777" w:rsidR="009347ED" w:rsidRDefault="00000000">
      <w:pPr>
        <w:pStyle w:val="ListBullet"/>
        <w:rPr>
          <w:rFonts w:hint="eastAsia"/>
        </w:rPr>
      </w:pPr>
      <w:r>
        <w:t>Why this degree and this field, including your specific academic or research interests?</w:t>
      </w:r>
    </w:p>
    <w:p w14:paraId="171E1811" w14:textId="77777777" w:rsidR="009347ED" w:rsidRDefault="00000000">
      <w:pPr>
        <w:pStyle w:val="ListBullet"/>
        <w:rPr>
          <w:rFonts w:hint="eastAsia"/>
        </w:rPr>
      </w:pPr>
      <w:r>
        <w:t>What academic, research, professional, or project experiences prepared you for advanced study?</w:t>
      </w:r>
    </w:p>
    <w:p w14:paraId="788DFC98" w14:textId="77777777" w:rsidR="009347ED" w:rsidRDefault="00000000">
      <w:pPr>
        <w:pStyle w:val="ListBullet"/>
        <w:rPr>
          <w:rFonts w:hint="eastAsia"/>
        </w:rPr>
      </w:pPr>
      <w:r>
        <w:t>What skills and tangible outcomes demonstrate readiness for graduate-level work?</w:t>
      </w:r>
    </w:p>
    <w:p w14:paraId="7A204ACD" w14:textId="77777777" w:rsidR="009347ED" w:rsidRDefault="00000000">
      <w:pPr>
        <w:pStyle w:val="ListBullet"/>
        <w:rPr>
          <w:rFonts w:hint="eastAsia"/>
        </w:rPr>
      </w:pPr>
      <w:r>
        <w:t>Why is this specific UCLA program a strong intellectual fit, including relevant research areas or potential faculty mentors for research degrees?</w:t>
      </w:r>
    </w:p>
    <w:p w14:paraId="43E296C7" w14:textId="77777777" w:rsidR="009347ED" w:rsidRDefault="00000000">
      <w:pPr>
        <w:pStyle w:val="ListBullet"/>
        <w:rPr>
          <w:rFonts w:hint="eastAsia"/>
        </w:rPr>
      </w:pPr>
      <w:r>
        <w:t>What do you intend to do after the degree?</w:t>
      </w:r>
    </w:p>
    <w:p w14:paraId="66BF3751" w14:textId="77777777" w:rsidR="009347ED" w:rsidRDefault="00000000">
      <w:pPr>
        <w:rPr>
          <w:rFonts w:hint="eastAsia"/>
        </w:rPr>
      </w:pPr>
      <w:r>
        <w:t>Faculty lens: the SOP is not a life story. It is an evidence-based argument that your preparation, research direction, program fit, and future goals form a coherent trajectory.</w:t>
      </w:r>
    </w:p>
    <w:p w14:paraId="50BA1543" w14:textId="77777777" w:rsidR="009347ED" w:rsidRDefault="00000000">
      <w:pPr>
        <w:pStyle w:val="Heading1"/>
      </w:pPr>
      <w:r>
        <w:t>2. Before you write: applicant preparation sheet</w:t>
      </w:r>
    </w:p>
    <w:tbl>
      <w:tblPr>
        <w:tblStyle w:val="TableGrid"/>
        <w:tblW w:w="0" w:type="auto"/>
        <w:jc w:val="center"/>
        <w:tblLook w:val="04A0" w:firstRow="1" w:lastRow="0" w:firstColumn="1" w:lastColumn="0" w:noHBand="0" w:noVBand="1"/>
      </w:tblPr>
      <w:tblGrid>
        <w:gridCol w:w="5083"/>
        <w:gridCol w:w="5083"/>
      </w:tblGrid>
      <w:tr w:rsidR="009347ED" w14:paraId="002D7367" w14:textId="77777777">
        <w:trPr>
          <w:cantSplit/>
          <w:jc w:val="center"/>
        </w:trPr>
        <w:tc>
          <w:tcPr>
            <w:tcW w:w="5083" w:type="dxa"/>
            <w:shd w:val="clear" w:color="auto" w:fill="1F3670"/>
          </w:tcPr>
          <w:p w14:paraId="0DCE8854" w14:textId="77777777" w:rsidR="009347ED" w:rsidRDefault="00000000">
            <w:pPr>
              <w:rPr>
                <w:rFonts w:hint="eastAsia"/>
              </w:rPr>
            </w:pPr>
            <w:r>
              <w:rPr>
                <w:b/>
                <w:color w:val="FFFFFF"/>
              </w:rPr>
              <w:t>Planning question</w:t>
            </w:r>
          </w:p>
        </w:tc>
        <w:tc>
          <w:tcPr>
            <w:tcW w:w="5083" w:type="dxa"/>
            <w:shd w:val="clear" w:color="auto" w:fill="1F3670"/>
          </w:tcPr>
          <w:p w14:paraId="4750C1F3" w14:textId="77777777" w:rsidR="009347ED" w:rsidRDefault="00000000">
            <w:pPr>
              <w:rPr>
                <w:rFonts w:hint="eastAsia"/>
              </w:rPr>
            </w:pPr>
            <w:r>
              <w:rPr>
                <w:b/>
                <w:color w:val="FFFFFF"/>
              </w:rPr>
              <w:t>Your notes</w:t>
            </w:r>
          </w:p>
        </w:tc>
      </w:tr>
      <w:tr w:rsidR="009347ED" w14:paraId="6366110C" w14:textId="77777777">
        <w:trPr>
          <w:cantSplit/>
          <w:jc w:val="center"/>
        </w:trPr>
        <w:tc>
          <w:tcPr>
            <w:tcW w:w="5083" w:type="dxa"/>
            <w:tcMar>
              <w:top w:w="100" w:type="dxa"/>
              <w:left w:w="120" w:type="dxa"/>
              <w:bottom w:w="100" w:type="dxa"/>
              <w:right w:w="120" w:type="dxa"/>
            </w:tcMar>
          </w:tcPr>
          <w:p w14:paraId="6AB0EE03" w14:textId="77777777" w:rsidR="009347ED" w:rsidRDefault="00000000">
            <w:pPr>
              <w:rPr>
                <w:rFonts w:hint="eastAsia"/>
              </w:rPr>
            </w:pPr>
            <w:r>
              <w:t>Exact UCLA program / degree</w:t>
            </w:r>
          </w:p>
        </w:tc>
        <w:tc>
          <w:tcPr>
            <w:tcW w:w="5083" w:type="dxa"/>
            <w:tcMar>
              <w:top w:w="100" w:type="dxa"/>
              <w:left w:w="120" w:type="dxa"/>
              <w:bottom w:w="100" w:type="dxa"/>
              <w:right w:w="120" w:type="dxa"/>
            </w:tcMar>
          </w:tcPr>
          <w:p w14:paraId="20A7E0C1" w14:textId="77777777" w:rsidR="009347ED" w:rsidRDefault="00000000">
            <w:pPr>
              <w:rPr>
                <w:rFonts w:hint="eastAsia"/>
              </w:rPr>
            </w:pPr>
            <w:r>
              <w:t>[Example: M.S. Computer Science]</w:t>
            </w:r>
          </w:p>
        </w:tc>
      </w:tr>
      <w:tr w:rsidR="009347ED" w14:paraId="34C330CC" w14:textId="77777777">
        <w:trPr>
          <w:cantSplit/>
          <w:jc w:val="center"/>
        </w:trPr>
        <w:tc>
          <w:tcPr>
            <w:tcW w:w="5083" w:type="dxa"/>
            <w:tcMar>
              <w:top w:w="100" w:type="dxa"/>
              <w:left w:w="120" w:type="dxa"/>
              <w:bottom w:w="100" w:type="dxa"/>
              <w:right w:w="120" w:type="dxa"/>
            </w:tcMar>
          </w:tcPr>
          <w:p w14:paraId="5DA8D765" w14:textId="77777777" w:rsidR="009347ED" w:rsidRDefault="00000000">
            <w:pPr>
              <w:rPr>
                <w:rFonts w:hint="eastAsia"/>
              </w:rPr>
            </w:pPr>
            <w:r>
              <w:t>Current degree / institution</w:t>
            </w:r>
          </w:p>
        </w:tc>
        <w:tc>
          <w:tcPr>
            <w:tcW w:w="5083" w:type="dxa"/>
            <w:tcMar>
              <w:top w:w="100" w:type="dxa"/>
              <w:left w:w="120" w:type="dxa"/>
              <w:bottom w:w="100" w:type="dxa"/>
              <w:right w:w="120" w:type="dxa"/>
            </w:tcMar>
          </w:tcPr>
          <w:p w14:paraId="315C15F5" w14:textId="77777777" w:rsidR="009347ED" w:rsidRDefault="00000000">
            <w:pPr>
              <w:rPr>
                <w:rFonts w:hint="eastAsia"/>
              </w:rPr>
            </w:pPr>
            <w:r>
              <w:t>[Your degree and university]</w:t>
            </w:r>
          </w:p>
        </w:tc>
      </w:tr>
      <w:tr w:rsidR="009347ED" w14:paraId="63C991FA" w14:textId="77777777">
        <w:trPr>
          <w:cantSplit/>
          <w:jc w:val="center"/>
        </w:trPr>
        <w:tc>
          <w:tcPr>
            <w:tcW w:w="5083" w:type="dxa"/>
            <w:tcMar>
              <w:top w:w="100" w:type="dxa"/>
              <w:left w:w="120" w:type="dxa"/>
              <w:bottom w:w="100" w:type="dxa"/>
              <w:right w:w="120" w:type="dxa"/>
            </w:tcMar>
          </w:tcPr>
          <w:p w14:paraId="3F33BEF4" w14:textId="77777777" w:rsidR="009347ED" w:rsidRDefault="00000000">
            <w:pPr>
              <w:rPr>
                <w:rFonts w:hint="eastAsia"/>
              </w:rPr>
            </w:pPr>
            <w:r>
              <w:t>Primary field of interest</w:t>
            </w:r>
          </w:p>
        </w:tc>
        <w:tc>
          <w:tcPr>
            <w:tcW w:w="5083" w:type="dxa"/>
            <w:tcMar>
              <w:top w:w="100" w:type="dxa"/>
              <w:left w:w="120" w:type="dxa"/>
              <w:bottom w:w="100" w:type="dxa"/>
              <w:right w:w="120" w:type="dxa"/>
            </w:tcMar>
          </w:tcPr>
          <w:p w14:paraId="3F315D00" w14:textId="77777777" w:rsidR="009347ED" w:rsidRDefault="00000000">
            <w:pPr>
              <w:rPr>
                <w:rFonts w:hint="eastAsia"/>
              </w:rPr>
            </w:pPr>
            <w:r>
              <w:t>[Be specific, not just “computer science”]</w:t>
            </w:r>
          </w:p>
        </w:tc>
      </w:tr>
      <w:tr w:rsidR="009347ED" w14:paraId="3577E42E" w14:textId="77777777">
        <w:trPr>
          <w:cantSplit/>
          <w:jc w:val="center"/>
        </w:trPr>
        <w:tc>
          <w:tcPr>
            <w:tcW w:w="5083" w:type="dxa"/>
            <w:tcMar>
              <w:top w:w="100" w:type="dxa"/>
              <w:left w:w="120" w:type="dxa"/>
              <w:bottom w:w="100" w:type="dxa"/>
              <w:right w:w="120" w:type="dxa"/>
            </w:tcMar>
          </w:tcPr>
          <w:p w14:paraId="46F220E0" w14:textId="77777777" w:rsidR="009347ED" w:rsidRDefault="00000000">
            <w:pPr>
              <w:rPr>
                <w:rFonts w:hint="eastAsia"/>
              </w:rPr>
            </w:pPr>
            <w:r>
              <w:t>Research question/problem you care about</w:t>
            </w:r>
          </w:p>
        </w:tc>
        <w:tc>
          <w:tcPr>
            <w:tcW w:w="5083" w:type="dxa"/>
            <w:tcMar>
              <w:top w:w="100" w:type="dxa"/>
              <w:left w:w="120" w:type="dxa"/>
              <w:bottom w:w="100" w:type="dxa"/>
              <w:right w:w="120" w:type="dxa"/>
            </w:tcMar>
          </w:tcPr>
          <w:p w14:paraId="51E41148" w14:textId="77777777" w:rsidR="009347ED" w:rsidRDefault="00000000">
            <w:pPr>
              <w:rPr>
                <w:rFonts w:hint="eastAsia"/>
              </w:rPr>
            </w:pPr>
            <w:r>
              <w:t>[What problem keeps pulling your attention?]</w:t>
            </w:r>
          </w:p>
        </w:tc>
      </w:tr>
      <w:tr w:rsidR="009347ED" w14:paraId="7F48BC7C" w14:textId="77777777">
        <w:trPr>
          <w:cantSplit/>
          <w:jc w:val="center"/>
        </w:trPr>
        <w:tc>
          <w:tcPr>
            <w:tcW w:w="5083" w:type="dxa"/>
            <w:tcMar>
              <w:top w:w="100" w:type="dxa"/>
              <w:left w:w="120" w:type="dxa"/>
              <w:bottom w:w="100" w:type="dxa"/>
              <w:right w:w="120" w:type="dxa"/>
            </w:tcMar>
          </w:tcPr>
          <w:p w14:paraId="53797733" w14:textId="77777777" w:rsidR="009347ED" w:rsidRDefault="00000000">
            <w:pPr>
              <w:rPr>
                <w:rFonts w:hint="eastAsia"/>
              </w:rPr>
            </w:pPr>
            <w:r>
              <w:t>2–3 strongest preparation experiences</w:t>
            </w:r>
          </w:p>
        </w:tc>
        <w:tc>
          <w:tcPr>
            <w:tcW w:w="5083" w:type="dxa"/>
            <w:tcMar>
              <w:top w:w="100" w:type="dxa"/>
              <w:left w:w="120" w:type="dxa"/>
              <w:bottom w:w="100" w:type="dxa"/>
              <w:right w:w="120" w:type="dxa"/>
            </w:tcMar>
          </w:tcPr>
          <w:p w14:paraId="75DECC18" w14:textId="77777777" w:rsidR="009347ED" w:rsidRDefault="00000000">
            <w:pPr>
              <w:rPr>
                <w:rFonts w:hint="eastAsia"/>
              </w:rPr>
            </w:pPr>
            <w:r>
              <w:t>[Research, thesis, project, internship, work]</w:t>
            </w:r>
          </w:p>
        </w:tc>
      </w:tr>
      <w:tr w:rsidR="009347ED" w14:paraId="1B93A890" w14:textId="77777777">
        <w:trPr>
          <w:cantSplit/>
          <w:jc w:val="center"/>
        </w:trPr>
        <w:tc>
          <w:tcPr>
            <w:tcW w:w="5083" w:type="dxa"/>
            <w:tcMar>
              <w:top w:w="100" w:type="dxa"/>
              <w:left w:w="120" w:type="dxa"/>
              <w:bottom w:w="100" w:type="dxa"/>
              <w:right w:w="120" w:type="dxa"/>
            </w:tcMar>
          </w:tcPr>
          <w:p w14:paraId="2473E659" w14:textId="77777777" w:rsidR="009347ED" w:rsidRDefault="00000000">
            <w:pPr>
              <w:rPr>
                <w:rFonts w:hint="eastAsia"/>
              </w:rPr>
            </w:pPr>
            <w:r>
              <w:t>Evidence/outcomes</w:t>
            </w:r>
          </w:p>
        </w:tc>
        <w:tc>
          <w:tcPr>
            <w:tcW w:w="5083" w:type="dxa"/>
            <w:tcMar>
              <w:top w:w="100" w:type="dxa"/>
              <w:left w:w="120" w:type="dxa"/>
              <w:bottom w:w="100" w:type="dxa"/>
              <w:right w:w="120" w:type="dxa"/>
            </w:tcMar>
          </w:tcPr>
          <w:p w14:paraId="0D589D35" w14:textId="77777777" w:rsidR="009347ED" w:rsidRDefault="00000000">
            <w:pPr>
              <w:rPr>
                <w:rFonts w:hint="eastAsia"/>
              </w:rPr>
            </w:pPr>
            <w:r>
              <w:t>[Results, publication, prototype, metric, finding, award]</w:t>
            </w:r>
          </w:p>
        </w:tc>
      </w:tr>
      <w:tr w:rsidR="009347ED" w14:paraId="51591A43" w14:textId="77777777">
        <w:trPr>
          <w:cantSplit/>
          <w:jc w:val="center"/>
        </w:trPr>
        <w:tc>
          <w:tcPr>
            <w:tcW w:w="5083" w:type="dxa"/>
            <w:tcMar>
              <w:top w:w="100" w:type="dxa"/>
              <w:left w:w="120" w:type="dxa"/>
              <w:bottom w:w="100" w:type="dxa"/>
              <w:right w:w="120" w:type="dxa"/>
            </w:tcMar>
          </w:tcPr>
          <w:p w14:paraId="0AB65988" w14:textId="77777777" w:rsidR="009347ED" w:rsidRDefault="00000000">
            <w:pPr>
              <w:rPr>
                <w:rFonts w:hint="eastAsia"/>
              </w:rPr>
            </w:pPr>
            <w:r>
              <w:t>Relevant technical/research skills</w:t>
            </w:r>
          </w:p>
        </w:tc>
        <w:tc>
          <w:tcPr>
            <w:tcW w:w="5083" w:type="dxa"/>
            <w:tcMar>
              <w:top w:w="100" w:type="dxa"/>
              <w:left w:w="120" w:type="dxa"/>
              <w:bottom w:w="100" w:type="dxa"/>
              <w:right w:w="120" w:type="dxa"/>
            </w:tcMar>
          </w:tcPr>
          <w:p w14:paraId="1095793F" w14:textId="77777777" w:rsidR="009347ED" w:rsidRDefault="00000000">
            <w:pPr>
              <w:rPr>
                <w:rFonts w:hint="eastAsia"/>
              </w:rPr>
            </w:pPr>
            <w:r>
              <w:t>[Methods, tools, languages, lab techniques]</w:t>
            </w:r>
          </w:p>
        </w:tc>
      </w:tr>
      <w:tr w:rsidR="009347ED" w14:paraId="73F624D9" w14:textId="77777777">
        <w:trPr>
          <w:cantSplit/>
          <w:jc w:val="center"/>
        </w:trPr>
        <w:tc>
          <w:tcPr>
            <w:tcW w:w="5083" w:type="dxa"/>
            <w:tcMar>
              <w:top w:w="100" w:type="dxa"/>
              <w:left w:w="120" w:type="dxa"/>
              <w:bottom w:w="100" w:type="dxa"/>
              <w:right w:w="120" w:type="dxa"/>
            </w:tcMar>
          </w:tcPr>
          <w:p w14:paraId="625154E7" w14:textId="77777777" w:rsidR="009347ED" w:rsidRDefault="00000000">
            <w:pPr>
              <w:rPr>
                <w:rFonts w:hint="eastAsia"/>
              </w:rPr>
            </w:pPr>
            <w:r>
              <w:t>UCLA research fit</w:t>
            </w:r>
          </w:p>
        </w:tc>
        <w:tc>
          <w:tcPr>
            <w:tcW w:w="5083" w:type="dxa"/>
            <w:tcMar>
              <w:top w:w="100" w:type="dxa"/>
              <w:left w:w="120" w:type="dxa"/>
              <w:bottom w:w="100" w:type="dxa"/>
              <w:right w:w="120" w:type="dxa"/>
            </w:tcMar>
          </w:tcPr>
          <w:p w14:paraId="65331694" w14:textId="77777777" w:rsidR="009347ED" w:rsidRDefault="00000000">
            <w:pPr>
              <w:rPr>
                <w:rFonts w:hint="eastAsia"/>
              </w:rPr>
            </w:pPr>
            <w:r>
              <w:t>[Labs, research groups, courses, facilities, themes]</w:t>
            </w:r>
          </w:p>
        </w:tc>
      </w:tr>
      <w:tr w:rsidR="009347ED" w14:paraId="106EF40E" w14:textId="77777777">
        <w:trPr>
          <w:cantSplit/>
          <w:jc w:val="center"/>
        </w:trPr>
        <w:tc>
          <w:tcPr>
            <w:tcW w:w="5083" w:type="dxa"/>
            <w:tcMar>
              <w:top w:w="100" w:type="dxa"/>
              <w:left w:w="120" w:type="dxa"/>
              <w:bottom w:w="100" w:type="dxa"/>
              <w:right w:w="120" w:type="dxa"/>
            </w:tcMar>
          </w:tcPr>
          <w:p w14:paraId="44F0870D" w14:textId="77777777" w:rsidR="009347ED" w:rsidRDefault="00000000">
            <w:pPr>
              <w:rPr>
                <w:rFonts w:hint="eastAsia"/>
              </w:rPr>
            </w:pPr>
            <w:r>
              <w:t>Potential faculty mentors</w:t>
            </w:r>
          </w:p>
        </w:tc>
        <w:tc>
          <w:tcPr>
            <w:tcW w:w="5083" w:type="dxa"/>
            <w:tcMar>
              <w:top w:w="100" w:type="dxa"/>
              <w:left w:w="120" w:type="dxa"/>
              <w:bottom w:w="100" w:type="dxa"/>
              <w:right w:w="120" w:type="dxa"/>
            </w:tcMar>
          </w:tcPr>
          <w:p w14:paraId="5A79DF0E" w14:textId="77777777" w:rsidR="009347ED" w:rsidRDefault="00000000">
            <w:pPr>
              <w:rPr>
                <w:rFonts w:hint="eastAsia"/>
              </w:rPr>
            </w:pPr>
            <w:r>
              <w:t>[Verify current faculty and research fit before naming]</w:t>
            </w:r>
          </w:p>
        </w:tc>
      </w:tr>
      <w:tr w:rsidR="009347ED" w14:paraId="545C5C29" w14:textId="77777777">
        <w:trPr>
          <w:cantSplit/>
          <w:jc w:val="center"/>
        </w:trPr>
        <w:tc>
          <w:tcPr>
            <w:tcW w:w="5083" w:type="dxa"/>
            <w:tcMar>
              <w:top w:w="100" w:type="dxa"/>
              <w:left w:w="120" w:type="dxa"/>
              <w:bottom w:w="100" w:type="dxa"/>
              <w:right w:w="120" w:type="dxa"/>
            </w:tcMar>
          </w:tcPr>
          <w:p w14:paraId="0B957A02" w14:textId="77777777" w:rsidR="009347ED" w:rsidRDefault="00000000">
            <w:pPr>
              <w:rPr>
                <w:rFonts w:hint="eastAsia"/>
              </w:rPr>
            </w:pPr>
            <w:r>
              <w:t>Career/research goal</w:t>
            </w:r>
          </w:p>
        </w:tc>
        <w:tc>
          <w:tcPr>
            <w:tcW w:w="5083" w:type="dxa"/>
            <w:tcMar>
              <w:top w:w="100" w:type="dxa"/>
              <w:left w:w="120" w:type="dxa"/>
              <w:bottom w:w="100" w:type="dxa"/>
              <w:right w:w="120" w:type="dxa"/>
            </w:tcMar>
          </w:tcPr>
          <w:p w14:paraId="007645B2" w14:textId="77777777" w:rsidR="009347ED" w:rsidRDefault="00000000">
            <w:pPr>
              <w:rPr>
                <w:rFonts w:hint="eastAsia"/>
              </w:rPr>
            </w:pPr>
            <w:r>
              <w:t>[What do you want to do after the degree?]</w:t>
            </w:r>
          </w:p>
        </w:tc>
      </w:tr>
    </w:tbl>
    <w:p w14:paraId="764867F6" w14:textId="77777777" w:rsidR="009347ED" w:rsidRDefault="00000000">
      <w:pPr>
        <w:pStyle w:val="Heading1"/>
      </w:pPr>
      <w:r>
        <w:lastRenderedPageBreak/>
        <w:t>3. Recommended SOP architecture</w:t>
      </w:r>
    </w:p>
    <w:p w14:paraId="52C93038" w14:textId="77777777" w:rsidR="009347ED" w:rsidRDefault="00000000">
      <w:pPr>
        <w:pStyle w:val="Heading2"/>
      </w:pPr>
      <w:r>
        <w:t>Paragraph 1 • Research direction + purpose</w:t>
      </w:r>
    </w:p>
    <w:p w14:paraId="0B4BA4E5" w14:textId="77777777" w:rsidR="009347ED" w:rsidRDefault="00000000">
      <w:pPr>
        <w:rPr>
          <w:rFonts w:hint="eastAsia"/>
        </w:rPr>
      </w:pPr>
      <w:r>
        <w:t>Open with the intellectual problem or field you want to pursue. State the degree objective and direction quickly. Avoid childhood stories unless they directly explain your academic trajectory.</w:t>
      </w:r>
    </w:p>
    <w:p w14:paraId="7001A2C8" w14:textId="77777777" w:rsidR="009347ED" w:rsidRDefault="00000000">
      <w:pPr>
        <w:pStyle w:val="Heading2"/>
      </w:pPr>
      <w:r>
        <w:t>Paragraph 2 • Academic preparation</w:t>
      </w:r>
    </w:p>
    <w:p w14:paraId="09CEB856" w14:textId="77777777" w:rsidR="009347ED" w:rsidRDefault="00000000">
      <w:pPr>
        <w:rPr>
          <w:rFonts w:hint="eastAsia"/>
        </w:rPr>
      </w:pPr>
      <w:r>
        <w:t>Select the coursework, thesis, research or academic experiences that best explain how you developed the foundation for graduate study.</w:t>
      </w:r>
    </w:p>
    <w:p w14:paraId="5A828173" w14:textId="77777777" w:rsidR="009347ED" w:rsidRDefault="00000000">
      <w:pPr>
        <w:pStyle w:val="Heading2"/>
      </w:pPr>
      <w:r>
        <w:t>Paragraph 3 • Evidence of research/problem-solving ability</w:t>
      </w:r>
    </w:p>
    <w:p w14:paraId="5BACFA2F" w14:textId="77777777" w:rsidR="009347ED" w:rsidRDefault="00000000">
      <w:pPr>
        <w:rPr>
          <w:rFonts w:hint="eastAsia"/>
        </w:rPr>
      </w:pPr>
      <w:r>
        <w:t>Describe one substantial experience. Explain the problem, what you personally did, methods/skills used, what happened, and what you learned. Outcomes beat adjectives.</w:t>
      </w:r>
    </w:p>
    <w:p w14:paraId="1606BC03" w14:textId="77777777" w:rsidR="009347ED" w:rsidRDefault="00000000">
      <w:pPr>
        <w:pStyle w:val="Heading2"/>
      </w:pPr>
      <w:r>
        <w:t>Paragraph 4 • UCLA fit</w:t>
      </w:r>
    </w:p>
    <w:p w14:paraId="1B6777E3" w14:textId="77777777" w:rsidR="009347ED" w:rsidRDefault="00000000">
      <w:pPr>
        <w:rPr>
          <w:rFonts w:hint="eastAsia"/>
        </w:rPr>
      </w:pPr>
      <w:r>
        <w:t>Connect your research direction to the specific program. For research degrees, identify genuinely relevant faculty or research themes only after checking current UCLA pages. Explain the intellectual connection, not prestige.</w:t>
      </w:r>
    </w:p>
    <w:p w14:paraId="6B6F0D2A" w14:textId="77777777" w:rsidR="009347ED" w:rsidRDefault="00000000">
      <w:pPr>
        <w:pStyle w:val="Heading2"/>
      </w:pPr>
      <w:r>
        <w:t>Paragraph 5 • Future direction + close</w:t>
      </w:r>
    </w:p>
    <w:p w14:paraId="1E58EBF6" w14:textId="77777777" w:rsidR="009347ED" w:rsidRDefault="00000000">
      <w:pPr>
        <w:rPr>
          <w:rFonts w:hint="eastAsia"/>
        </w:rPr>
      </w:pPr>
      <w:r>
        <w:t>Explain the capabilities you want to develop and the research/professional contribution you hope to make. Close by connecting preparation → UCLA → next step.</w:t>
      </w:r>
    </w:p>
    <w:p w14:paraId="5460FED4" w14:textId="77777777" w:rsidR="009347ED" w:rsidRDefault="00000000">
      <w:pPr>
        <w:pStyle w:val="Heading1"/>
      </w:pPr>
      <w:r>
        <w:t>4. Fill-in SOP drafting template</w:t>
      </w:r>
    </w:p>
    <w:p w14:paraId="281CE947" w14:textId="77777777" w:rsidR="009347ED" w:rsidRDefault="00000000">
      <w:pPr>
        <w:pStyle w:val="Heading2"/>
      </w:pPr>
      <w:r>
        <w:t>Opening: purpose and research direction</w:t>
      </w:r>
    </w:p>
    <w:tbl>
      <w:tblPr>
        <w:tblStyle w:val="TableGrid"/>
        <w:tblW w:w="0" w:type="auto"/>
        <w:tblLook w:val="04A0" w:firstRow="1" w:lastRow="0" w:firstColumn="1" w:lastColumn="0" w:noHBand="0" w:noVBand="1"/>
      </w:tblPr>
      <w:tblGrid>
        <w:gridCol w:w="10166"/>
      </w:tblGrid>
      <w:tr w:rsidR="009347ED" w14:paraId="1A195360" w14:textId="77777777">
        <w:trPr>
          <w:cantSplit/>
        </w:trPr>
        <w:tc>
          <w:tcPr>
            <w:tcW w:w="10166" w:type="dxa"/>
            <w:shd w:val="clear" w:color="auto" w:fill="F7F8FC"/>
            <w:tcMar>
              <w:top w:w="160" w:type="dxa"/>
              <w:left w:w="160" w:type="dxa"/>
              <w:bottom w:w="160" w:type="dxa"/>
              <w:right w:w="160" w:type="dxa"/>
            </w:tcMar>
          </w:tcPr>
          <w:p w14:paraId="782E0F99" w14:textId="77777777" w:rsidR="009347ED" w:rsidRDefault="00000000">
            <w:pPr>
              <w:rPr>
                <w:rFonts w:hint="eastAsia"/>
              </w:rPr>
            </w:pPr>
            <w:r>
              <w:t>I am applying to the [DEGREE] in [PROGRAM] at UCLA to deepen my work in [SPECIFIC AREA]. My interest centers on [RESEARCH PROBLEM / QUESTION], particularly [NARROWER DIMENSION]. Through [BRIEF PREPARATION EXPERIENCE], I have begun to understand [INSIGHT], and I now want graduate training that will allow me to investigate [NEXT-LEVEL QUESTION] with greater methodological depth.</w:t>
            </w:r>
          </w:p>
        </w:tc>
      </w:tr>
    </w:tbl>
    <w:p w14:paraId="58A047D7" w14:textId="77777777" w:rsidR="009347ED" w:rsidRDefault="00000000">
      <w:pPr>
        <w:pStyle w:val="Heading2"/>
      </w:pPr>
      <w:r>
        <w:t>Preparation</w:t>
      </w:r>
    </w:p>
    <w:tbl>
      <w:tblPr>
        <w:tblStyle w:val="TableGrid"/>
        <w:tblW w:w="0" w:type="auto"/>
        <w:tblLook w:val="04A0" w:firstRow="1" w:lastRow="0" w:firstColumn="1" w:lastColumn="0" w:noHBand="0" w:noVBand="1"/>
      </w:tblPr>
      <w:tblGrid>
        <w:gridCol w:w="10166"/>
      </w:tblGrid>
      <w:tr w:rsidR="009347ED" w14:paraId="0F98133C" w14:textId="77777777">
        <w:trPr>
          <w:cantSplit/>
        </w:trPr>
        <w:tc>
          <w:tcPr>
            <w:tcW w:w="10166" w:type="dxa"/>
            <w:shd w:val="clear" w:color="auto" w:fill="F7F8FC"/>
            <w:tcMar>
              <w:top w:w="160" w:type="dxa"/>
              <w:left w:w="160" w:type="dxa"/>
              <w:bottom w:w="160" w:type="dxa"/>
              <w:right w:w="160" w:type="dxa"/>
            </w:tcMar>
          </w:tcPr>
          <w:p w14:paraId="17F0E544" w14:textId="77777777" w:rsidR="009347ED" w:rsidRDefault="00000000">
            <w:pPr>
              <w:rPr>
                <w:rFonts w:hint="eastAsia"/>
              </w:rPr>
            </w:pPr>
            <w:r>
              <w:t>My preparation for this direction developed through [COURSE / THESIS / RESEARCH / WORK]. In [CONTEXT], I worked on [PROBLEM]. I was responsible for [YOUR CONTRIBUTION], using [METHODS / TOOLS]. This experience strengthened my ability to [SKILL] and, more importantly, showed me [INTELLECTUAL LESSON / OPEN QUESTION].</w:t>
            </w:r>
          </w:p>
        </w:tc>
      </w:tr>
    </w:tbl>
    <w:p w14:paraId="58269ABE" w14:textId="77777777" w:rsidR="009347ED" w:rsidRDefault="00000000">
      <w:pPr>
        <w:pStyle w:val="Heading2"/>
      </w:pPr>
      <w:r>
        <w:t>Evidence and outcomes</w:t>
      </w:r>
    </w:p>
    <w:tbl>
      <w:tblPr>
        <w:tblStyle w:val="TableGrid"/>
        <w:tblW w:w="0" w:type="auto"/>
        <w:tblLook w:val="04A0" w:firstRow="1" w:lastRow="0" w:firstColumn="1" w:lastColumn="0" w:noHBand="0" w:noVBand="1"/>
      </w:tblPr>
      <w:tblGrid>
        <w:gridCol w:w="10166"/>
      </w:tblGrid>
      <w:tr w:rsidR="009347ED" w14:paraId="3BDB703A" w14:textId="77777777">
        <w:trPr>
          <w:cantSplit/>
        </w:trPr>
        <w:tc>
          <w:tcPr>
            <w:tcW w:w="10166" w:type="dxa"/>
            <w:shd w:val="clear" w:color="auto" w:fill="F7F8FC"/>
            <w:tcMar>
              <w:top w:w="160" w:type="dxa"/>
              <w:left w:w="160" w:type="dxa"/>
              <w:bottom w:w="160" w:type="dxa"/>
              <w:right w:w="160" w:type="dxa"/>
            </w:tcMar>
          </w:tcPr>
          <w:p w14:paraId="5C0B62D5" w14:textId="77777777" w:rsidR="009347ED" w:rsidRDefault="00000000">
            <w:pPr>
              <w:rPr>
                <w:rFonts w:hint="eastAsia"/>
              </w:rPr>
            </w:pPr>
            <w:r>
              <w:t>I extended this interest through [SECOND EXPERIENCE]. Rather than only [GENERIC TASK], I [SPECIFIC ACTION]. The work resulted in [TANGIBLE OUTCOME / FINDING / PROTOTYPE / PAPER / METRIC]. It also exposed a limitation: [LIMITATION OR NEW QUESTION]. That question now motivates my interest in [GRADUATE RESEARCH DIRECTION].</w:t>
            </w:r>
          </w:p>
        </w:tc>
      </w:tr>
    </w:tbl>
    <w:p w14:paraId="6C6D3BA8" w14:textId="77777777" w:rsidR="009347ED" w:rsidRDefault="00000000">
      <w:pPr>
        <w:pStyle w:val="Heading2"/>
      </w:pPr>
      <w:r>
        <w:lastRenderedPageBreak/>
        <w:t>Why UCLA</w:t>
      </w:r>
    </w:p>
    <w:tbl>
      <w:tblPr>
        <w:tblStyle w:val="TableGrid"/>
        <w:tblW w:w="0" w:type="auto"/>
        <w:tblLook w:val="04A0" w:firstRow="1" w:lastRow="0" w:firstColumn="1" w:lastColumn="0" w:noHBand="0" w:noVBand="1"/>
      </w:tblPr>
      <w:tblGrid>
        <w:gridCol w:w="10166"/>
      </w:tblGrid>
      <w:tr w:rsidR="009347ED" w14:paraId="6BACF5B8" w14:textId="77777777">
        <w:trPr>
          <w:cantSplit/>
        </w:trPr>
        <w:tc>
          <w:tcPr>
            <w:tcW w:w="10166" w:type="dxa"/>
            <w:shd w:val="clear" w:color="auto" w:fill="F7F8FC"/>
            <w:tcMar>
              <w:top w:w="160" w:type="dxa"/>
              <w:left w:w="160" w:type="dxa"/>
              <w:bottom w:w="160" w:type="dxa"/>
              <w:right w:w="160" w:type="dxa"/>
            </w:tcMar>
          </w:tcPr>
          <w:p w14:paraId="35968D06" w14:textId="77777777" w:rsidR="009347ED" w:rsidRDefault="00000000">
            <w:pPr>
              <w:rPr>
                <w:rFonts w:hint="eastAsia"/>
              </w:rPr>
            </w:pPr>
            <w:r>
              <w:t>UCLA is a strong fit for this direction because of [SPECIFIC PROGRAM STRENGTH / RESEARCH THEME]. I am particularly interested in [FACULTY / LAB / GROUP] because its work on [VERIFIED RESEARCH AREA] intersects with my interest in [YOUR QUESTION]. I would hope to contribute my background in [SKILL/EXPERIENCE] while developing stronger expertise in [METHOD / DOMAIN]. [OPTIONAL SECOND FIT ELEMENT].</w:t>
            </w:r>
          </w:p>
        </w:tc>
      </w:tr>
    </w:tbl>
    <w:p w14:paraId="655B8C2D" w14:textId="77777777" w:rsidR="009347ED" w:rsidRDefault="00000000">
      <w:pPr>
        <w:pStyle w:val="Heading2"/>
      </w:pPr>
      <w:r>
        <w:t>Future direction</w:t>
      </w:r>
    </w:p>
    <w:tbl>
      <w:tblPr>
        <w:tblStyle w:val="TableGrid"/>
        <w:tblW w:w="0" w:type="auto"/>
        <w:tblLook w:val="04A0" w:firstRow="1" w:lastRow="0" w:firstColumn="1" w:lastColumn="0" w:noHBand="0" w:noVBand="1"/>
      </w:tblPr>
      <w:tblGrid>
        <w:gridCol w:w="10166"/>
      </w:tblGrid>
      <w:tr w:rsidR="009347ED" w14:paraId="7D20F784" w14:textId="77777777">
        <w:trPr>
          <w:cantSplit/>
        </w:trPr>
        <w:tc>
          <w:tcPr>
            <w:tcW w:w="10166" w:type="dxa"/>
            <w:shd w:val="clear" w:color="auto" w:fill="F7F8FC"/>
            <w:tcMar>
              <w:top w:w="160" w:type="dxa"/>
              <w:left w:w="160" w:type="dxa"/>
              <w:bottom w:w="160" w:type="dxa"/>
              <w:right w:w="160" w:type="dxa"/>
            </w:tcMar>
          </w:tcPr>
          <w:p w14:paraId="041D8FC4" w14:textId="77777777" w:rsidR="009347ED" w:rsidRDefault="00000000">
            <w:pPr>
              <w:rPr>
                <w:rFonts w:hint="eastAsia"/>
              </w:rPr>
            </w:pPr>
            <w:r>
              <w:t>After the degree, I intend to [CAREER / RESEARCH GOAL]. I want to work on [TYPE OF PROBLEM] where [WHY IT MATTERS]. UCLA’s training in [RELEVANT AREA] would help me move from my current foundation in [CURRENT STRENGTH] toward the ability to [FUTURE CAPABILITY].</w:t>
            </w:r>
          </w:p>
        </w:tc>
      </w:tr>
    </w:tbl>
    <w:p w14:paraId="74C46E53" w14:textId="77777777" w:rsidR="009347ED" w:rsidRDefault="00000000">
      <w:pPr>
        <w:rPr>
          <w:rFonts w:hint="eastAsia"/>
        </w:rPr>
      </w:pPr>
      <w:r>
        <w:br w:type="page"/>
      </w:r>
    </w:p>
    <w:p w14:paraId="2EC94B3B" w14:textId="77777777" w:rsidR="009347ED" w:rsidRDefault="00000000">
      <w:pPr>
        <w:pStyle w:val="Heading1"/>
      </w:pPr>
      <w:r>
        <w:lastRenderedPageBreak/>
        <w:t>5. Worked example: fictional UCLA applicant</w:t>
      </w:r>
    </w:p>
    <w:p w14:paraId="7B57F19E" w14:textId="77777777" w:rsidR="009347ED" w:rsidRDefault="00000000">
      <w:pPr>
        <w:rPr>
          <w:rFonts w:hint="eastAsia"/>
        </w:rPr>
      </w:pPr>
      <w:r>
        <w:t>The following is intentionally a teaching example. The applicant, projects, results and narrative are fictional. A real student should never copy this text or claim these experiences.</w:t>
      </w:r>
    </w:p>
    <w:tbl>
      <w:tblPr>
        <w:tblStyle w:val="TableGrid"/>
        <w:tblW w:w="0" w:type="auto"/>
        <w:tblLook w:val="04A0" w:firstRow="1" w:lastRow="0" w:firstColumn="1" w:lastColumn="0" w:noHBand="0" w:noVBand="1"/>
      </w:tblPr>
      <w:tblGrid>
        <w:gridCol w:w="5083"/>
        <w:gridCol w:w="5083"/>
      </w:tblGrid>
      <w:tr w:rsidR="009347ED" w14:paraId="7FAB40B0" w14:textId="77777777">
        <w:trPr>
          <w:cantSplit/>
        </w:trPr>
        <w:tc>
          <w:tcPr>
            <w:tcW w:w="5083" w:type="dxa"/>
            <w:shd w:val="clear" w:color="auto" w:fill="EEF2FF"/>
          </w:tcPr>
          <w:p w14:paraId="77DD3CC5" w14:textId="77777777" w:rsidR="009347ED" w:rsidRDefault="00000000">
            <w:pPr>
              <w:rPr>
                <w:rFonts w:hint="eastAsia"/>
              </w:rPr>
            </w:pPr>
            <w:r>
              <w:rPr>
                <w:b/>
              </w:rPr>
              <w:t>Applicant</w:t>
            </w:r>
          </w:p>
        </w:tc>
        <w:tc>
          <w:tcPr>
            <w:tcW w:w="5083" w:type="dxa"/>
          </w:tcPr>
          <w:p w14:paraId="7D7153DD" w14:textId="77777777" w:rsidR="009347ED" w:rsidRDefault="00000000">
            <w:pPr>
              <w:rPr>
                <w:rFonts w:hint="eastAsia"/>
              </w:rPr>
            </w:pPr>
            <w:r>
              <w:t>Maya Rahman (fictional)</w:t>
            </w:r>
          </w:p>
        </w:tc>
      </w:tr>
      <w:tr w:rsidR="009347ED" w14:paraId="600B7BD3" w14:textId="77777777">
        <w:trPr>
          <w:cantSplit/>
        </w:trPr>
        <w:tc>
          <w:tcPr>
            <w:tcW w:w="5083" w:type="dxa"/>
            <w:shd w:val="clear" w:color="auto" w:fill="EEF2FF"/>
          </w:tcPr>
          <w:p w14:paraId="67DDA66F" w14:textId="77777777" w:rsidR="009347ED" w:rsidRDefault="00000000">
            <w:pPr>
              <w:rPr>
                <w:rFonts w:hint="eastAsia"/>
              </w:rPr>
            </w:pPr>
            <w:r>
              <w:rPr>
                <w:b/>
              </w:rPr>
              <w:t>Target</w:t>
            </w:r>
          </w:p>
        </w:tc>
        <w:tc>
          <w:tcPr>
            <w:tcW w:w="5083" w:type="dxa"/>
          </w:tcPr>
          <w:p w14:paraId="3D46CBF6" w14:textId="77777777" w:rsidR="009347ED" w:rsidRDefault="00000000">
            <w:pPr>
              <w:rPr>
                <w:rFonts w:hint="eastAsia"/>
              </w:rPr>
            </w:pPr>
            <w:r>
              <w:t>UCLA M.S. in Computer Science</w:t>
            </w:r>
          </w:p>
        </w:tc>
      </w:tr>
      <w:tr w:rsidR="009347ED" w14:paraId="0BCA71D9" w14:textId="77777777">
        <w:trPr>
          <w:cantSplit/>
        </w:trPr>
        <w:tc>
          <w:tcPr>
            <w:tcW w:w="5083" w:type="dxa"/>
            <w:shd w:val="clear" w:color="auto" w:fill="EEF2FF"/>
          </w:tcPr>
          <w:p w14:paraId="339A373A" w14:textId="77777777" w:rsidR="009347ED" w:rsidRDefault="00000000">
            <w:pPr>
              <w:rPr>
                <w:rFonts w:hint="eastAsia"/>
              </w:rPr>
            </w:pPr>
            <w:r>
              <w:rPr>
                <w:b/>
              </w:rPr>
              <w:t>Background</w:t>
            </w:r>
          </w:p>
        </w:tc>
        <w:tc>
          <w:tcPr>
            <w:tcW w:w="5083" w:type="dxa"/>
          </w:tcPr>
          <w:p w14:paraId="3E45834A" w14:textId="77777777" w:rsidR="009347ED" w:rsidRDefault="00000000">
            <w:pPr>
              <w:rPr>
                <w:rFonts w:hint="eastAsia"/>
              </w:rPr>
            </w:pPr>
            <w:r>
              <w:t>B.S. Computer Engineering</w:t>
            </w:r>
          </w:p>
        </w:tc>
      </w:tr>
      <w:tr w:rsidR="009347ED" w14:paraId="1199EF15" w14:textId="77777777">
        <w:trPr>
          <w:cantSplit/>
        </w:trPr>
        <w:tc>
          <w:tcPr>
            <w:tcW w:w="5083" w:type="dxa"/>
            <w:shd w:val="clear" w:color="auto" w:fill="EEF2FF"/>
          </w:tcPr>
          <w:p w14:paraId="707E3BA4" w14:textId="77777777" w:rsidR="009347ED" w:rsidRDefault="00000000">
            <w:pPr>
              <w:rPr>
                <w:rFonts w:hint="eastAsia"/>
              </w:rPr>
            </w:pPr>
            <w:r>
              <w:rPr>
                <w:b/>
              </w:rPr>
              <w:t>Interest</w:t>
            </w:r>
          </w:p>
        </w:tc>
        <w:tc>
          <w:tcPr>
            <w:tcW w:w="5083" w:type="dxa"/>
          </w:tcPr>
          <w:p w14:paraId="35C2EA0E" w14:textId="77777777" w:rsidR="009347ED" w:rsidRDefault="00000000">
            <w:pPr>
              <w:rPr>
                <w:rFonts w:hint="eastAsia"/>
              </w:rPr>
            </w:pPr>
            <w:r>
              <w:t>Reliable machine learning systems for resource-constrained healthcare settings</w:t>
            </w:r>
          </w:p>
        </w:tc>
      </w:tr>
      <w:tr w:rsidR="009347ED" w14:paraId="6F9EBC69" w14:textId="77777777">
        <w:trPr>
          <w:cantSplit/>
        </w:trPr>
        <w:tc>
          <w:tcPr>
            <w:tcW w:w="5083" w:type="dxa"/>
            <w:shd w:val="clear" w:color="auto" w:fill="EEF2FF"/>
          </w:tcPr>
          <w:p w14:paraId="5975C3DB" w14:textId="77777777" w:rsidR="009347ED" w:rsidRDefault="00000000">
            <w:pPr>
              <w:rPr>
                <w:rFonts w:hint="eastAsia"/>
              </w:rPr>
            </w:pPr>
            <w:r>
              <w:rPr>
                <w:b/>
              </w:rPr>
              <w:t>Preparation</w:t>
            </w:r>
          </w:p>
        </w:tc>
        <w:tc>
          <w:tcPr>
            <w:tcW w:w="5083" w:type="dxa"/>
          </w:tcPr>
          <w:p w14:paraId="15E7907D" w14:textId="77777777" w:rsidR="009347ED" w:rsidRDefault="00000000">
            <w:pPr>
              <w:rPr>
                <w:rFonts w:hint="eastAsia"/>
              </w:rPr>
            </w:pPr>
            <w:r>
              <w:t>Undergraduate research in computer vision; senior project on model reliability; software engineering internship</w:t>
            </w:r>
          </w:p>
        </w:tc>
      </w:tr>
      <w:tr w:rsidR="009347ED" w14:paraId="15ADD737" w14:textId="77777777">
        <w:trPr>
          <w:cantSplit/>
        </w:trPr>
        <w:tc>
          <w:tcPr>
            <w:tcW w:w="5083" w:type="dxa"/>
            <w:shd w:val="clear" w:color="auto" w:fill="EEF2FF"/>
          </w:tcPr>
          <w:p w14:paraId="37AF0068" w14:textId="77777777" w:rsidR="009347ED" w:rsidRDefault="00000000">
            <w:pPr>
              <w:rPr>
                <w:rFonts w:hint="eastAsia"/>
              </w:rPr>
            </w:pPr>
            <w:r>
              <w:rPr>
                <w:b/>
              </w:rPr>
              <w:t>Goal</w:t>
            </w:r>
          </w:p>
        </w:tc>
        <w:tc>
          <w:tcPr>
            <w:tcW w:w="5083" w:type="dxa"/>
          </w:tcPr>
          <w:p w14:paraId="4FAF5DC9" w14:textId="77777777" w:rsidR="009347ED" w:rsidRDefault="00000000">
            <w:pPr>
              <w:rPr>
                <w:rFonts w:hint="eastAsia"/>
              </w:rPr>
            </w:pPr>
            <w:r>
              <w:t>Develop dependable ML systems and eventually work in applied research</w:t>
            </w:r>
          </w:p>
        </w:tc>
      </w:tr>
    </w:tbl>
    <w:p w14:paraId="492621BC" w14:textId="77777777" w:rsidR="009347ED" w:rsidRDefault="00000000">
      <w:pPr>
        <w:pStyle w:val="Heading2"/>
      </w:pPr>
      <w:r>
        <w:t>Sample SOP</w:t>
      </w:r>
    </w:p>
    <w:p w14:paraId="56E91172" w14:textId="77777777" w:rsidR="009347ED" w:rsidRDefault="00000000">
      <w:pPr>
        <w:rPr>
          <w:rFonts w:hint="eastAsia"/>
        </w:rPr>
      </w:pPr>
      <w:r>
        <w:t>I am applying to UCLA’s M.S. in Computer Science to deepen my understanding of reliable machine learning systems, especially models used in settings where data, computing resources, and tolerance for error are limited. My undergraduate work in computer engineering introduced me to computer vision, but a research project evaluating image classifiers on unevenly distributed datasets changed the question I wanted to pursue. I became less interested in whether a model could achieve a strong aggregate score and more interested in when, why, and for whom it failed. Graduate study is the next step I need to investigate those questions with greater rigor.</w:t>
      </w:r>
    </w:p>
    <w:p w14:paraId="464F2EAF" w14:textId="77777777" w:rsidR="009347ED" w:rsidRDefault="00000000">
      <w:pPr>
        <w:rPr>
          <w:rFonts w:hint="eastAsia"/>
        </w:rPr>
      </w:pPr>
      <w:r>
        <w:t>My preparation began with coursework in algorithms, probability, machine learning, and embedded systems and developed through an undergraduate research assistantship. In that role, I helped evaluate a computer-vision pipeline for classifying medical images from a public dataset. I implemented data-cleaning and evaluation scripts, compared model behavior across subsets, and documented cases in which performance deteriorated under distribution shifts. The most valuable outcome was not a single accuracy figure. It was learning to treat evaluation design as part of the research problem itself. I learned to ask whether a metric represented the conditions in which a system would actually be used.</w:t>
      </w:r>
    </w:p>
    <w:p w14:paraId="66BEDB78" w14:textId="77777777" w:rsidR="009347ED" w:rsidRDefault="00000000">
      <w:pPr>
        <w:rPr>
          <w:rFonts w:hint="eastAsia"/>
        </w:rPr>
      </w:pPr>
      <w:r>
        <w:t>I carried that perspective into my senior design project, where my team built a lightweight image-classification prototype intended for lower-powered hardware. I focused on model compression and testing. When our first compressed model became faster but substantially less stable on underrepresented examples, I designed a more systematic comparison of latency, memory use, and subgroup performance. The project taught me to make engineering trade-offs explicit rather than treating efficiency and reliability as separate objectives. It also strengthened my Python-based experimentation, technical writing, and collaborative problem-solving skills.</w:t>
      </w:r>
    </w:p>
    <w:p w14:paraId="42F67A03" w14:textId="77777777" w:rsidR="009347ED" w:rsidRDefault="00000000">
      <w:pPr>
        <w:rPr>
          <w:rFonts w:hint="eastAsia"/>
        </w:rPr>
      </w:pPr>
      <w:r>
        <w:t>UCLA is compelling to me because its Computer Science graduate environment spans artificial intelligence, data science computing, computational systems, and other areas that can inform the study of dependable learning systems. I am particularly interested in identifying faculty whose current research addresses machine learning reliability, evaluation, efficient learning, or responsible deployment. Before submitting my application, I would use the department’s current faculty and research pages to name only mentors whose active work directly overlaps with my proposed direction. My goal is not simply to study “AI at UCLA,” but to build a research plan around the concrete problem of designing and evaluating models that remain useful under real-world constraints.</w:t>
      </w:r>
    </w:p>
    <w:p w14:paraId="04B3A2C1" w14:textId="77777777" w:rsidR="009347ED" w:rsidRDefault="00000000">
      <w:pPr>
        <w:rPr>
          <w:rFonts w:hint="eastAsia"/>
        </w:rPr>
      </w:pPr>
      <w:r>
        <w:lastRenderedPageBreak/>
        <w:t>After the M.S., I hope to work in applied machine learning research focused on high-stakes or resource-constrained environments and, with further research experience, consider doctoral study. I would bring to UCLA a foundation in computer engineering, practical experimentation, and a growing interest in rigorous evaluation. I want to leave with the methodological depth to ask better research questions, design stronger evidence, and contribute to machine learning systems whose performance is judged not only by benchmark results but by how reliably they work in the settings for which they are intended.</w:t>
      </w:r>
    </w:p>
    <w:p w14:paraId="7A777B89" w14:textId="77777777" w:rsidR="009347ED" w:rsidRDefault="00000000">
      <w:pPr>
        <w:pStyle w:val="Heading1"/>
      </w:pPr>
      <w:r>
        <w:t>6. Faculty-style critique of the example</w:t>
      </w:r>
    </w:p>
    <w:p w14:paraId="54CB242A" w14:textId="77777777" w:rsidR="009347ED" w:rsidRDefault="00000000">
      <w:pPr>
        <w:rPr>
          <w:rFonts w:hint="eastAsia"/>
        </w:rPr>
      </w:pPr>
      <w:r>
        <w:rPr>
          <w:b/>
        </w:rPr>
        <w:t xml:space="preserve">Opening: </w:t>
      </w:r>
      <w:r>
        <w:t>Strong because it states degree, field, a specific problem, and the intellectual transition that motivates graduate study. It avoids a generic “I have always loved technology” opening.</w:t>
      </w:r>
    </w:p>
    <w:p w14:paraId="10374098" w14:textId="77777777" w:rsidR="009347ED" w:rsidRDefault="00000000">
      <w:pPr>
        <w:rPr>
          <w:rFonts w:hint="eastAsia"/>
        </w:rPr>
      </w:pPr>
      <w:r>
        <w:rPr>
          <w:b/>
        </w:rPr>
        <w:t xml:space="preserve">Preparation: </w:t>
      </w:r>
      <w:r>
        <w:t>The applicant selects relevant coursework but spends more space on what she did and learned. Faculty readers can see evidence rather than a list of adjectives.</w:t>
      </w:r>
    </w:p>
    <w:p w14:paraId="32B5B8D3" w14:textId="77777777" w:rsidR="009347ED" w:rsidRDefault="00000000">
      <w:pPr>
        <w:rPr>
          <w:rFonts w:hint="eastAsia"/>
        </w:rPr>
      </w:pPr>
      <w:r>
        <w:rPr>
          <w:b/>
        </w:rPr>
        <w:t xml:space="preserve">Research maturity: </w:t>
      </w:r>
      <w:r>
        <w:t>The example turns a project outcome into a research question. This is especially useful for research-oriented programs.</w:t>
      </w:r>
    </w:p>
    <w:p w14:paraId="00803393" w14:textId="77777777" w:rsidR="009347ED" w:rsidRDefault="00000000">
      <w:pPr>
        <w:rPr>
          <w:rFonts w:hint="eastAsia"/>
        </w:rPr>
      </w:pPr>
      <w:r>
        <w:rPr>
          <w:b/>
        </w:rPr>
        <w:t xml:space="preserve">UCLA fit: </w:t>
      </w:r>
      <w:r>
        <w:t>The sample deliberately does not invent a professor match. A real applicant should research current UCLA faculty and replace this paragraph with verified, specific fit.</w:t>
      </w:r>
    </w:p>
    <w:p w14:paraId="5147355D" w14:textId="77777777" w:rsidR="009347ED" w:rsidRDefault="00000000">
      <w:pPr>
        <w:rPr>
          <w:rFonts w:hint="eastAsia"/>
        </w:rPr>
      </w:pPr>
      <w:r>
        <w:rPr>
          <w:b/>
        </w:rPr>
        <w:t xml:space="preserve">Career goal: </w:t>
      </w:r>
      <w:r>
        <w:t>The goal is directional but credible. It does not claim an unrealistic career outcome or promise to “change the world.”</w:t>
      </w:r>
    </w:p>
    <w:p w14:paraId="33D71C03" w14:textId="77777777" w:rsidR="009347ED" w:rsidRDefault="00000000">
      <w:pPr>
        <w:pStyle w:val="Heading1"/>
      </w:pPr>
      <w:r>
        <w:t>7. Weak vs stronger writing</w:t>
      </w:r>
    </w:p>
    <w:tbl>
      <w:tblPr>
        <w:tblStyle w:val="TableGrid"/>
        <w:tblW w:w="0" w:type="auto"/>
        <w:tblLook w:val="04A0" w:firstRow="1" w:lastRow="0" w:firstColumn="1" w:lastColumn="0" w:noHBand="0" w:noVBand="1"/>
      </w:tblPr>
      <w:tblGrid>
        <w:gridCol w:w="10166"/>
      </w:tblGrid>
      <w:tr w:rsidR="009347ED" w14:paraId="4B6BC758" w14:textId="77777777">
        <w:trPr>
          <w:cantSplit/>
        </w:trPr>
        <w:tc>
          <w:tcPr>
            <w:tcW w:w="10166" w:type="dxa"/>
            <w:shd w:val="clear" w:color="auto" w:fill="FFF1F1"/>
          </w:tcPr>
          <w:p w14:paraId="5E5A5B41" w14:textId="77777777" w:rsidR="009347ED" w:rsidRDefault="00000000">
            <w:pPr>
              <w:rPr>
                <w:rFonts w:hint="eastAsia"/>
              </w:rPr>
            </w:pPr>
            <w:r>
              <w:t>Weak: “UCLA is one of the best universities in the world and will help me achieve my dreams.”</w:t>
            </w:r>
          </w:p>
        </w:tc>
      </w:tr>
      <w:tr w:rsidR="009347ED" w14:paraId="168977F5" w14:textId="77777777">
        <w:trPr>
          <w:cantSplit/>
        </w:trPr>
        <w:tc>
          <w:tcPr>
            <w:tcW w:w="10166" w:type="dxa"/>
            <w:shd w:val="clear" w:color="auto" w:fill="F0FAF3"/>
          </w:tcPr>
          <w:p w14:paraId="00CB690B" w14:textId="77777777" w:rsidR="009347ED" w:rsidRDefault="00000000">
            <w:pPr>
              <w:rPr>
                <w:rFonts w:hint="eastAsia"/>
              </w:rPr>
            </w:pPr>
            <w:r>
              <w:t>Stronger: “The program’s work in [verified area] aligns with my interest in [specific problem], particularly because I want to develop [method/capability].”</w:t>
            </w:r>
          </w:p>
        </w:tc>
      </w:tr>
      <w:tr w:rsidR="009347ED" w14:paraId="49813DE4" w14:textId="77777777">
        <w:trPr>
          <w:cantSplit/>
        </w:trPr>
        <w:tc>
          <w:tcPr>
            <w:tcW w:w="10166" w:type="dxa"/>
            <w:shd w:val="clear" w:color="auto" w:fill="FFF1F1"/>
          </w:tcPr>
          <w:p w14:paraId="32CBA4E2" w14:textId="77777777" w:rsidR="009347ED" w:rsidRDefault="00000000">
            <w:pPr>
              <w:rPr>
                <w:rFonts w:hint="eastAsia"/>
              </w:rPr>
            </w:pPr>
            <w:r>
              <w:t>Weak: “I am passionate, hardworking and an excellent researcher.”</w:t>
            </w:r>
          </w:p>
        </w:tc>
      </w:tr>
      <w:tr w:rsidR="009347ED" w14:paraId="1AA68BA3" w14:textId="77777777">
        <w:trPr>
          <w:cantSplit/>
        </w:trPr>
        <w:tc>
          <w:tcPr>
            <w:tcW w:w="10166" w:type="dxa"/>
            <w:shd w:val="clear" w:color="auto" w:fill="F0FAF3"/>
          </w:tcPr>
          <w:p w14:paraId="7E303678" w14:textId="77777777" w:rsidR="009347ED" w:rsidRDefault="00000000">
            <w:pPr>
              <w:rPr>
                <w:rFonts w:hint="eastAsia"/>
              </w:rPr>
            </w:pPr>
            <w:r>
              <w:t>Stronger: “I designed [method], analyzed [evidence], and the project resulted in [outcome], which led me to investigate [next question].”</w:t>
            </w:r>
          </w:p>
        </w:tc>
      </w:tr>
      <w:tr w:rsidR="009347ED" w14:paraId="136C7C74" w14:textId="77777777">
        <w:trPr>
          <w:cantSplit/>
        </w:trPr>
        <w:tc>
          <w:tcPr>
            <w:tcW w:w="10166" w:type="dxa"/>
            <w:shd w:val="clear" w:color="auto" w:fill="FFF1F1"/>
          </w:tcPr>
          <w:p w14:paraId="0247B161" w14:textId="77777777" w:rsidR="009347ED" w:rsidRDefault="00000000">
            <w:pPr>
              <w:rPr>
                <w:rFonts w:hint="eastAsia"/>
              </w:rPr>
            </w:pPr>
            <w:r>
              <w:t>Weak: “Since childhood, computers have fascinated me.”</w:t>
            </w:r>
          </w:p>
        </w:tc>
      </w:tr>
      <w:tr w:rsidR="009347ED" w14:paraId="4B92A8EA" w14:textId="77777777">
        <w:trPr>
          <w:cantSplit/>
        </w:trPr>
        <w:tc>
          <w:tcPr>
            <w:tcW w:w="10166" w:type="dxa"/>
            <w:shd w:val="clear" w:color="auto" w:fill="F0FAF3"/>
          </w:tcPr>
          <w:p w14:paraId="43EF3A0C" w14:textId="77777777" w:rsidR="009347ED" w:rsidRDefault="00000000">
            <w:pPr>
              <w:rPr>
                <w:rFonts w:hint="eastAsia"/>
              </w:rPr>
            </w:pPr>
            <w:r>
              <w:t>Stronger: Start at the point where your academic or research direction became specific enough to explain why graduate study is necessary.</w:t>
            </w:r>
          </w:p>
        </w:tc>
      </w:tr>
    </w:tbl>
    <w:p w14:paraId="5466E895" w14:textId="77777777" w:rsidR="009347ED" w:rsidRDefault="00000000">
      <w:pPr>
        <w:pStyle w:val="Heading1"/>
      </w:pPr>
      <w:r>
        <w:t>8. Final faculty review checklist</w:t>
      </w:r>
    </w:p>
    <w:p w14:paraId="0AF5723A" w14:textId="77777777" w:rsidR="009347ED" w:rsidRDefault="00000000">
      <w:pPr>
        <w:rPr>
          <w:rFonts w:hint="eastAsia"/>
        </w:rPr>
      </w:pPr>
      <w:r>
        <w:t>☐ Does the first paragraph identify a specific graduate purpose rather than merely enthusiasm?</w:t>
      </w:r>
    </w:p>
    <w:p w14:paraId="052BC33C" w14:textId="77777777" w:rsidR="009347ED" w:rsidRDefault="00000000">
      <w:pPr>
        <w:rPr>
          <w:rFonts w:hint="eastAsia"/>
        </w:rPr>
      </w:pPr>
      <w:r>
        <w:t>☐ Can every major claim about preparation be supported by an example or outcome?</w:t>
      </w:r>
    </w:p>
    <w:p w14:paraId="7AED960E" w14:textId="77777777" w:rsidR="009347ED" w:rsidRDefault="00000000">
      <w:pPr>
        <w:rPr>
          <w:rFonts w:hint="eastAsia"/>
        </w:rPr>
      </w:pPr>
      <w:r>
        <w:t>☐ Does the SOP distinguish what YOU did from what your team/lab/company did?</w:t>
      </w:r>
    </w:p>
    <w:p w14:paraId="07A29F4F" w14:textId="77777777" w:rsidR="009347ED" w:rsidRDefault="00000000">
      <w:pPr>
        <w:rPr>
          <w:rFonts w:hint="eastAsia"/>
        </w:rPr>
      </w:pPr>
      <w:r>
        <w:t>☐ Is the research or professional direction specific enough for a faculty reader to understand?</w:t>
      </w:r>
    </w:p>
    <w:p w14:paraId="04C655DF" w14:textId="77777777" w:rsidR="009347ED" w:rsidRDefault="00000000">
      <w:pPr>
        <w:rPr>
          <w:rFonts w:hint="eastAsia"/>
        </w:rPr>
      </w:pPr>
      <w:r>
        <w:t>☐ Have you verified the exact UCLA program prompt and word limit in the current application?</w:t>
      </w:r>
    </w:p>
    <w:p w14:paraId="47D8FA04" w14:textId="77777777" w:rsidR="009347ED" w:rsidRDefault="00000000">
      <w:pPr>
        <w:rPr>
          <w:rFonts w:hint="eastAsia"/>
        </w:rPr>
      </w:pPr>
      <w:r>
        <w:t>☐ If you name faculty, are they current and is the research connection genuine and specific?</w:t>
      </w:r>
    </w:p>
    <w:p w14:paraId="69FC5985" w14:textId="77777777" w:rsidR="009347ED" w:rsidRDefault="00000000">
      <w:pPr>
        <w:rPr>
          <w:rFonts w:hint="eastAsia"/>
        </w:rPr>
      </w:pPr>
      <w:r>
        <w:lastRenderedPageBreak/>
        <w:t>☐ Does the UCLA paragraph explain fit rather than rankings, location, prestige, or weather?</w:t>
      </w:r>
    </w:p>
    <w:p w14:paraId="11033D01" w14:textId="77777777" w:rsidR="009347ED" w:rsidRDefault="00000000">
      <w:pPr>
        <w:rPr>
          <w:rFonts w:hint="eastAsia"/>
        </w:rPr>
      </w:pPr>
      <w:r>
        <w:t>☐ Are career goals plausible and connected to the proposed graduate training?</w:t>
      </w:r>
    </w:p>
    <w:p w14:paraId="4448023D" w14:textId="77777777" w:rsidR="009347ED" w:rsidRDefault="00000000">
      <w:pPr>
        <w:rPr>
          <w:rFonts w:hint="eastAsia"/>
        </w:rPr>
      </w:pPr>
      <w:r>
        <w:t>☐ Have you removed material that belongs in the Personal Statement instead?</w:t>
      </w:r>
    </w:p>
    <w:p w14:paraId="198AC4D1" w14:textId="77777777" w:rsidR="009347ED" w:rsidRDefault="00000000">
      <w:pPr>
        <w:rPr>
          <w:rFonts w:hint="eastAsia"/>
        </w:rPr>
      </w:pPr>
      <w:r>
        <w:t>☐ Is every experience, result, award and claim truthful?</w:t>
      </w:r>
    </w:p>
    <w:p w14:paraId="7BAD338E" w14:textId="77777777" w:rsidR="009347ED" w:rsidRDefault="00000000">
      <w:pPr>
        <w:rPr>
          <w:rFonts w:hint="eastAsia"/>
        </w:rPr>
      </w:pPr>
      <w:r>
        <w:t>☐ Does the final submission sound like the applicant’s own voice?</w:t>
      </w:r>
    </w:p>
    <w:p w14:paraId="3E9FC02D" w14:textId="77777777" w:rsidR="009347ED" w:rsidRDefault="00000000">
      <w:pPr>
        <w:pStyle w:val="Heading1"/>
      </w:pPr>
      <w:r>
        <w:t>9. Source notes</w:t>
      </w:r>
    </w:p>
    <w:p w14:paraId="119C6647" w14:textId="77777777" w:rsidR="009347ED" w:rsidRDefault="00000000">
      <w:pPr>
        <w:pStyle w:val="ListBullet"/>
        <w:rPr>
          <w:rFonts w:hint="eastAsia"/>
        </w:rPr>
      </w:pPr>
      <w:r>
        <w:rPr>
          <w:b/>
        </w:rPr>
        <w:t xml:space="preserve">UCLA Graduate Admissions, Statement of Purpose guidance: </w:t>
      </w:r>
      <w:r>
        <w:t>https://grad.ucla.edu/admissions/research-requirements/</w:t>
      </w:r>
    </w:p>
    <w:p w14:paraId="380C62CC" w14:textId="77777777" w:rsidR="009347ED" w:rsidRDefault="00000000">
      <w:pPr>
        <w:pStyle w:val="ListBullet"/>
        <w:rPr>
          <w:rFonts w:hint="eastAsia"/>
        </w:rPr>
      </w:pPr>
      <w:r>
        <w:rPr>
          <w:b/>
        </w:rPr>
        <w:t xml:space="preserve">UCLA Graduate Admissions, materials and SOP importance: </w:t>
      </w:r>
      <w:r>
        <w:t>https://grad.ucla.edu/admissions/materials-to-be-uploaded-or-sent-to-the-departmentprogramschool/</w:t>
      </w:r>
    </w:p>
    <w:p w14:paraId="4E36FE01" w14:textId="77777777" w:rsidR="009347ED" w:rsidRDefault="00000000">
      <w:pPr>
        <w:pStyle w:val="ListBullet"/>
        <w:rPr>
          <w:rFonts w:hint="eastAsia"/>
        </w:rPr>
      </w:pPr>
      <w:r>
        <w:rPr>
          <w:b/>
        </w:rPr>
        <w:t xml:space="preserve">UCLA Computer Science, graduate application requirements: </w:t>
      </w:r>
      <w:r>
        <w:t>https://www.cs.ucla.edu/graduate-requirements/</w:t>
      </w:r>
    </w:p>
    <w:p w14:paraId="2EBB5AA9" w14:textId="77777777" w:rsidR="009347ED" w:rsidRDefault="00000000">
      <w:pPr>
        <w:pStyle w:val="ListBullet"/>
        <w:rPr>
          <w:rFonts w:hint="eastAsia"/>
        </w:rPr>
      </w:pPr>
      <w:r>
        <w:rPr>
          <w:b/>
        </w:rPr>
        <w:t xml:space="preserve">UCLA Graduate Admissions FAQs: </w:t>
      </w:r>
      <w:r>
        <w:t>https://grad.ucla.edu/admissions/faqs/</w:t>
      </w:r>
    </w:p>
    <w:p w14:paraId="6491C741" w14:textId="77777777" w:rsidR="009347ED" w:rsidRDefault="009347ED">
      <w:pPr>
        <w:rPr>
          <w:rFonts w:hint="eastAsia"/>
        </w:rPr>
      </w:pPr>
    </w:p>
    <w:p w14:paraId="4795FBDA" w14:textId="77777777" w:rsidR="009347ED" w:rsidRDefault="00000000">
      <w:pPr>
        <w:jc w:val="center"/>
        <w:rPr>
          <w:rFonts w:hint="eastAsia"/>
        </w:rPr>
      </w:pPr>
      <w:r>
        <w:rPr>
          <w:i/>
          <w:color w:val="646464"/>
          <w:sz w:val="17"/>
        </w:rPr>
        <w:t>Course Centrals • Educational reference only • Always verify your program’s current application instructions</w:t>
      </w:r>
    </w:p>
    <w:sectPr w:rsidR="009347ED" w:rsidSect="00034616">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55667341">
    <w:abstractNumId w:val="8"/>
  </w:num>
  <w:num w:numId="2" w16cid:durableId="1581988106">
    <w:abstractNumId w:val="6"/>
  </w:num>
  <w:num w:numId="3" w16cid:durableId="1098216487">
    <w:abstractNumId w:val="5"/>
  </w:num>
  <w:num w:numId="4" w16cid:durableId="387264092">
    <w:abstractNumId w:val="4"/>
  </w:num>
  <w:num w:numId="5" w16cid:durableId="468940806">
    <w:abstractNumId w:val="7"/>
  </w:num>
  <w:num w:numId="6" w16cid:durableId="1307932957">
    <w:abstractNumId w:val="3"/>
  </w:num>
  <w:num w:numId="7" w16cid:durableId="335497598">
    <w:abstractNumId w:val="2"/>
  </w:num>
  <w:num w:numId="8" w16cid:durableId="37516093">
    <w:abstractNumId w:val="1"/>
  </w:num>
  <w:num w:numId="9" w16cid:durableId="974142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9347ED"/>
    <w:rsid w:val="00AA1D8D"/>
    <w:rsid w:val="00B47730"/>
    <w:rsid w:val="00C116C1"/>
    <w:rsid w:val="00CB0664"/>
    <w:rsid w:val="00DF37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7943D3"/>
  <w14:defaultImageDpi w14:val="300"/>
  <w15:docId w15:val="{F658ED19-5A85-403D-BCBA-DD8E0B4A9E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1801</Words>
  <Characters>10271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12048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SOP Template + UCLA Example</dc:title>
  <dc:subject>Editable statement of purpose planning workbook and UCLA example</dc:subject>
  <dc:creator>Course Centrals</dc:creator>
  <cp:keywords>SOP template, UCLA statement of purpose, graduate admissions, masters SOP, PhD SOP</cp:keywords>
  <cp:lastModifiedBy>Ameen Omar</cp:lastModifiedBy>
  <cp:revision>2</cp:revision>
  <dcterms:created xsi:type="dcterms:W3CDTF">2013-12-23T23:15:00Z</dcterms:created>
  <dcterms:modified xsi:type="dcterms:W3CDTF">2026-10-04T10:23:00Z</dcterms:modified>
  <cp:category/>
</cp:coreProperties>
</file>